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DBB97" w14:textId="77777777" w:rsidR="00982E25" w:rsidRDefault="00217A11">
      <w:pPr>
        <w:jc w:val="center"/>
      </w:pPr>
      <w:r>
        <w:rPr>
          <w:b/>
          <w:sz w:val="26"/>
        </w:rPr>
        <w:t>사</w:t>
      </w:r>
      <w:r>
        <w:rPr>
          <w:b/>
          <w:sz w:val="26"/>
        </w:rPr>
        <w:t xml:space="preserve"> </w:t>
      </w:r>
      <w:r>
        <w:rPr>
          <w:b/>
          <w:sz w:val="26"/>
        </w:rPr>
        <w:t>실</w:t>
      </w:r>
      <w:r>
        <w:rPr>
          <w:b/>
          <w:sz w:val="26"/>
        </w:rPr>
        <w:t xml:space="preserve"> </w:t>
      </w:r>
      <w:r>
        <w:rPr>
          <w:b/>
          <w:sz w:val="26"/>
        </w:rPr>
        <w:t>확</w:t>
      </w:r>
      <w:r>
        <w:rPr>
          <w:b/>
          <w:sz w:val="26"/>
        </w:rPr>
        <w:t xml:space="preserve"> </w:t>
      </w:r>
      <w:r>
        <w:rPr>
          <w:b/>
          <w:sz w:val="26"/>
        </w:rPr>
        <w:t>인</w:t>
      </w:r>
      <w:r>
        <w:rPr>
          <w:b/>
          <w:sz w:val="26"/>
        </w:rPr>
        <w:t xml:space="preserve"> </w:t>
      </w:r>
      <w:r>
        <w:rPr>
          <w:b/>
          <w:sz w:val="26"/>
        </w:rPr>
        <w:t>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982E25" w14:paraId="6C11CEC3" w14:textId="77777777">
        <w:tc>
          <w:tcPr>
            <w:tcW w:w="2550" w:type="dxa"/>
          </w:tcPr>
          <w:p w14:paraId="72627FCC" w14:textId="77777777" w:rsidR="00982E25" w:rsidRDefault="00217A11">
            <w:r>
              <w:t>성명</w:t>
            </w:r>
          </w:p>
        </w:tc>
        <w:tc>
          <w:tcPr>
            <w:tcW w:w="2550" w:type="dxa"/>
          </w:tcPr>
          <w:p w14:paraId="47CD9D2F" w14:textId="77777777" w:rsidR="00982E25" w:rsidRDefault="00982E25"/>
        </w:tc>
        <w:tc>
          <w:tcPr>
            <w:tcW w:w="2550" w:type="dxa"/>
          </w:tcPr>
          <w:p w14:paraId="3613F974" w14:textId="77777777" w:rsidR="00982E25" w:rsidRDefault="00217A11">
            <w:r>
              <w:t>생년월일</w:t>
            </w:r>
          </w:p>
        </w:tc>
        <w:tc>
          <w:tcPr>
            <w:tcW w:w="2550" w:type="dxa"/>
          </w:tcPr>
          <w:p w14:paraId="3755A7C4" w14:textId="77777777" w:rsidR="00982E25" w:rsidRDefault="00982E25"/>
        </w:tc>
      </w:tr>
      <w:tr w:rsidR="00982E25" w14:paraId="10770677" w14:textId="77777777">
        <w:tc>
          <w:tcPr>
            <w:tcW w:w="2550" w:type="dxa"/>
          </w:tcPr>
          <w:p w14:paraId="0235F067" w14:textId="77777777" w:rsidR="00982E25" w:rsidRDefault="00217A11">
            <w:r>
              <w:t>연락처</w:t>
            </w:r>
          </w:p>
        </w:tc>
        <w:tc>
          <w:tcPr>
            <w:tcW w:w="2550" w:type="dxa"/>
          </w:tcPr>
          <w:p w14:paraId="6A543FB6" w14:textId="77777777" w:rsidR="00982E25" w:rsidRDefault="00982E25"/>
        </w:tc>
        <w:tc>
          <w:tcPr>
            <w:tcW w:w="2550" w:type="dxa"/>
          </w:tcPr>
          <w:p w14:paraId="3D1D0DF9" w14:textId="77777777" w:rsidR="00982E25" w:rsidRDefault="00217A11">
            <w:r>
              <w:t>피해자와의</w:t>
            </w:r>
            <w:r>
              <w:t xml:space="preserve"> </w:t>
            </w:r>
            <w:r>
              <w:t>관계</w:t>
            </w:r>
          </w:p>
        </w:tc>
        <w:tc>
          <w:tcPr>
            <w:tcW w:w="2550" w:type="dxa"/>
          </w:tcPr>
          <w:p w14:paraId="1EADE6AC" w14:textId="77777777" w:rsidR="00982E25" w:rsidRDefault="00982E25"/>
        </w:tc>
      </w:tr>
      <w:tr w:rsidR="00982E25" w14:paraId="3C9DC1B2" w14:textId="77777777">
        <w:tc>
          <w:tcPr>
            <w:tcW w:w="2550" w:type="dxa"/>
          </w:tcPr>
          <w:p w14:paraId="413FBCA0" w14:textId="77777777" w:rsidR="00982E25" w:rsidRDefault="00217A11">
            <w:r>
              <w:t>근무회사</w:t>
            </w:r>
          </w:p>
        </w:tc>
        <w:tc>
          <w:tcPr>
            <w:tcW w:w="2550" w:type="dxa"/>
          </w:tcPr>
          <w:p w14:paraId="45342536" w14:textId="77777777" w:rsidR="00982E25" w:rsidRDefault="00982E25"/>
        </w:tc>
        <w:tc>
          <w:tcPr>
            <w:tcW w:w="2550" w:type="dxa"/>
          </w:tcPr>
          <w:p w14:paraId="7C844F59" w14:textId="77777777" w:rsidR="00982E25" w:rsidRDefault="00217A11">
            <w:r>
              <w:t>직책</w:t>
            </w:r>
          </w:p>
        </w:tc>
        <w:tc>
          <w:tcPr>
            <w:tcW w:w="2550" w:type="dxa"/>
          </w:tcPr>
          <w:p w14:paraId="7AE4F527" w14:textId="77777777" w:rsidR="00982E25" w:rsidRDefault="00982E25"/>
        </w:tc>
      </w:tr>
      <w:tr w:rsidR="00982E25" w14:paraId="6D1836E3" w14:textId="77777777">
        <w:tc>
          <w:tcPr>
            <w:tcW w:w="2550" w:type="dxa"/>
          </w:tcPr>
          <w:p w14:paraId="0B1C8C21" w14:textId="77777777" w:rsidR="00982E25" w:rsidRDefault="00217A11">
            <w:r>
              <w:t>사고</w:t>
            </w:r>
            <w:r>
              <w:t xml:space="preserve"> </w:t>
            </w:r>
            <w:r>
              <w:t>목격일시</w:t>
            </w:r>
          </w:p>
        </w:tc>
        <w:tc>
          <w:tcPr>
            <w:tcW w:w="7650" w:type="dxa"/>
            <w:gridSpan w:val="3"/>
          </w:tcPr>
          <w:p w14:paraId="613885E2" w14:textId="77777777" w:rsidR="00982E25" w:rsidRDefault="00982E25"/>
          <w:p w14:paraId="50751C45" w14:textId="77777777" w:rsidR="00982E25" w:rsidRDefault="00982E25"/>
          <w:p w14:paraId="37CA75DB" w14:textId="77777777" w:rsidR="00982E25" w:rsidRDefault="00982E25"/>
        </w:tc>
      </w:tr>
      <w:tr w:rsidR="00982E25" w14:paraId="4F312EBE" w14:textId="77777777">
        <w:tc>
          <w:tcPr>
            <w:tcW w:w="2550" w:type="dxa"/>
          </w:tcPr>
          <w:p w14:paraId="54FE849F" w14:textId="77777777" w:rsidR="00982E25" w:rsidRDefault="00217A11">
            <w:r>
              <w:t>사고</w:t>
            </w:r>
            <w:r>
              <w:t xml:space="preserve"> </w:t>
            </w:r>
            <w:r>
              <w:t>장소</w:t>
            </w:r>
          </w:p>
        </w:tc>
        <w:tc>
          <w:tcPr>
            <w:tcW w:w="7650" w:type="dxa"/>
            <w:gridSpan w:val="3"/>
          </w:tcPr>
          <w:p w14:paraId="43329FCD" w14:textId="77777777" w:rsidR="00982E25" w:rsidRDefault="00982E25"/>
          <w:p w14:paraId="082965BA" w14:textId="77777777" w:rsidR="00982E25" w:rsidRDefault="00982E25"/>
          <w:p w14:paraId="3730336A" w14:textId="77777777" w:rsidR="00982E25" w:rsidRDefault="00982E25"/>
        </w:tc>
      </w:tr>
    </w:tbl>
    <w:p w14:paraId="2CDB0292" w14:textId="77777777" w:rsidR="00982E25" w:rsidRDefault="00217A11">
      <w:r>
        <w:rPr>
          <w:b/>
        </w:rPr>
        <w:t>사실</w:t>
      </w:r>
      <w:r>
        <w:rPr>
          <w:b/>
        </w:rPr>
        <w:t xml:space="preserve"> </w:t>
      </w:r>
      <w:r>
        <w:rPr>
          <w:b/>
        </w:rPr>
        <w:t>확인</w:t>
      </w:r>
      <w:r>
        <w:rPr>
          <w:b/>
        </w:rPr>
        <w:t xml:space="preserve"> </w:t>
      </w:r>
      <w:r>
        <w:rPr>
          <w:b/>
        </w:rPr>
        <w:t>내용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982E25" w14:paraId="0221EC95" w14:textId="77777777">
        <w:tc>
          <w:tcPr>
            <w:tcW w:w="10200" w:type="dxa"/>
          </w:tcPr>
          <w:p w14:paraId="68FE62D1" w14:textId="77777777" w:rsidR="00982E25" w:rsidRDefault="00982E25"/>
        </w:tc>
      </w:tr>
      <w:tr w:rsidR="00982E25" w14:paraId="7510CB21" w14:textId="77777777">
        <w:tc>
          <w:tcPr>
            <w:tcW w:w="10200" w:type="dxa"/>
          </w:tcPr>
          <w:p w14:paraId="6A7DBEE2" w14:textId="77777777" w:rsidR="00982E25" w:rsidRDefault="00982E25"/>
        </w:tc>
      </w:tr>
      <w:tr w:rsidR="00982E25" w14:paraId="5BDEE139" w14:textId="77777777">
        <w:tc>
          <w:tcPr>
            <w:tcW w:w="10200" w:type="dxa"/>
          </w:tcPr>
          <w:p w14:paraId="204D9877" w14:textId="77777777" w:rsidR="00982E25" w:rsidRDefault="00982E25"/>
        </w:tc>
      </w:tr>
      <w:tr w:rsidR="00982E25" w14:paraId="2F6A0089" w14:textId="77777777">
        <w:tc>
          <w:tcPr>
            <w:tcW w:w="10200" w:type="dxa"/>
          </w:tcPr>
          <w:p w14:paraId="1073394D" w14:textId="77777777" w:rsidR="00982E25" w:rsidRDefault="00982E25"/>
        </w:tc>
      </w:tr>
      <w:tr w:rsidR="00982E25" w14:paraId="6685939C" w14:textId="77777777">
        <w:tc>
          <w:tcPr>
            <w:tcW w:w="10200" w:type="dxa"/>
          </w:tcPr>
          <w:p w14:paraId="10A35F24" w14:textId="77777777" w:rsidR="00982E25" w:rsidRDefault="00982E25"/>
        </w:tc>
      </w:tr>
      <w:tr w:rsidR="00982E25" w14:paraId="245DACF5" w14:textId="77777777">
        <w:tc>
          <w:tcPr>
            <w:tcW w:w="10200" w:type="dxa"/>
          </w:tcPr>
          <w:p w14:paraId="2D7CB5F8" w14:textId="77777777" w:rsidR="00982E25" w:rsidRDefault="00982E25"/>
        </w:tc>
      </w:tr>
      <w:tr w:rsidR="00982E25" w14:paraId="5F254283" w14:textId="77777777">
        <w:tc>
          <w:tcPr>
            <w:tcW w:w="10200" w:type="dxa"/>
          </w:tcPr>
          <w:p w14:paraId="38C0FFE2" w14:textId="77777777" w:rsidR="00982E25" w:rsidRDefault="00982E25"/>
        </w:tc>
      </w:tr>
      <w:tr w:rsidR="00982E25" w14:paraId="3F7108BE" w14:textId="77777777">
        <w:tc>
          <w:tcPr>
            <w:tcW w:w="10200" w:type="dxa"/>
          </w:tcPr>
          <w:p w14:paraId="33758B62" w14:textId="77777777" w:rsidR="00982E25" w:rsidRDefault="00982E25"/>
        </w:tc>
      </w:tr>
      <w:tr w:rsidR="00982E25" w14:paraId="53384229" w14:textId="77777777">
        <w:tc>
          <w:tcPr>
            <w:tcW w:w="10200" w:type="dxa"/>
          </w:tcPr>
          <w:p w14:paraId="6E692834" w14:textId="77777777" w:rsidR="00982E25" w:rsidRDefault="00982E25"/>
        </w:tc>
      </w:tr>
    </w:tbl>
    <w:p w14:paraId="304EEEB2" w14:textId="77777777" w:rsidR="00982E25" w:rsidRDefault="00217A11">
      <w:r>
        <w:rPr>
          <w:b/>
        </w:rPr>
        <w:t>확인</w:t>
      </w:r>
      <w:r>
        <w:rPr>
          <w:b/>
        </w:rPr>
        <w:t xml:space="preserve"> </w:t>
      </w:r>
      <w:r>
        <w:rPr>
          <w:b/>
        </w:rPr>
        <w:t>사항</w:t>
      </w:r>
    </w:p>
    <w:p w14:paraId="5F27E74C" w14:textId="77777777" w:rsidR="00982E25" w:rsidRDefault="00217A11">
      <w:r>
        <w:t xml:space="preserve">□ </w:t>
      </w:r>
      <w:r>
        <w:t>본인은</w:t>
      </w:r>
      <w:r>
        <w:t xml:space="preserve"> </w:t>
      </w:r>
      <w:r>
        <w:t>위</w:t>
      </w:r>
      <w:r>
        <w:t xml:space="preserve"> </w:t>
      </w:r>
      <w:r>
        <w:t>내용을</w:t>
      </w:r>
      <w:r>
        <w:t xml:space="preserve"> </w:t>
      </w:r>
      <w:r>
        <w:t>직접</w:t>
      </w:r>
      <w:r>
        <w:t xml:space="preserve"> </w:t>
      </w:r>
      <w:r>
        <w:t>목격하거나</w:t>
      </w:r>
      <w:r>
        <w:t xml:space="preserve"> </w:t>
      </w:r>
      <w:r>
        <w:t>알고</w:t>
      </w:r>
      <w:r>
        <w:t xml:space="preserve"> </w:t>
      </w:r>
      <w:r>
        <w:t>있는</w:t>
      </w:r>
      <w:r>
        <w:t xml:space="preserve"> </w:t>
      </w:r>
      <w:r>
        <w:t>사실에</w:t>
      </w:r>
      <w:r>
        <w:t xml:space="preserve"> </w:t>
      </w:r>
      <w:r>
        <w:t>근거하여</w:t>
      </w:r>
      <w:r>
        <w:t xml:space="preserve"> </w:t>
      </w:r>
      <w:r>
        <w:t>작성하였습니다</w:t>
      </w:r>
      <w:r>
        <w:t>.</w:t>
      </w:r>
    </w:p>
    <w:p w14:paraId="18E13723" w14:textId="77777777" w:rsidR="00982E25" w:rsidRDefault="00217A11">
      <w:r>
        <w:t xml:space="preserve">□ </w:t>
      </w:r>
      <w:r>
        <w:t>허위</w:t>
      </w:r>
      <w:r>
        <w:t xml:space="preserve"> </w:t>
      </w:r>
      <w:r>
        <w:t>사실을</w:t>
      </w:r>
      <w:r>
        <w:t xml:space="preserve"> </w:t>
      </w:r>
      <w:r>
        <w:t>기재하지</w:t>
      </w:r>
      <w:r>
        <w:t xml:space="preserve"> </w:t>
      </w:r>
      <w:r>
        <w:t>않았음을</w:t>
      </w:r>
      <w:r>
        <w:t xml:space="preserve"> </w:t>
      </w:r>
      <w:r>
        <w:t>확인합니다</w:t>
      </w:r>
      <w:r>
        <w:t>.</w:t>
      </w:r>
    </w:p>
    <w:p w14:paraId="130CFC1B" w14:textId="77777777" w:rsidR="00982E25" w:rsidRDefault="00982E25"/>
    <w:p w14:paraId="743048BC" w14:textId="77777777" w:rsidR="00982E25" w:rsidRDefault="00217A11">
      <w:r>
        <w:t>작성일</w:t>
      </w:r>
      <w:r>
        <w:t xml:space="preserve"> : ______</w:t>
      </w:r>
      <w:r>
        <w:t>년</w:t>
      </w:r>
      <w:r>
        <w:t xml:space="preserve"> ____</w:t>
      </w:r>
      <w:r>
        <w:t>월</w:t>
      </w:r>
      <w:r>
        <w:t xml:space="preserve"> ____</w:t>
      </w:r>
      <w:r>
        <w:t>일</w:t>
      </w:r>
    </w:p>
    <w:p w14:paraId="7B634596" w14:textId="77777777" w:rsidR="00982E25" w:rsidRDefault="00217A11">
      <w:r>
        <w:t>작성자</w:t>
      </w:r>
      <w:r>
        <w:t xml:space="preserve"> : __________________________ (</w:t>
      </w:r>
      <w:r>
        <w:t>서명</w:t>
      </w:r>
      <w:r>
        <w:t>)</w:t>
      </w:r>
    </w:p>
    <w:sectPr w:rsidR="00982E25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0453774">
    <w:abstractNumId w:val="8"/>
  </w:num>
  <w:num w:numId="2" w16cid:durableId="437527574">
    <w:abstractNumId w:val="6"/>
  </w:num>
  <w:num w:numId="3" w16cid:durableId="632103327">
    <w:abstractNumId w:val="5"/>
  </w:num>
  <w:num w:numId="4" w16cid:durableId="786315066">
    <w:abstractNumId w:val="4"/>
  </w:num>
  <w:num w:numId="5" w16cid:durableId="1300066257">
    <w:abstractNumId w:val="7"/>
  </w:num>
  <w:num w:numId="6" w16cid:durableId="327245728">
    <w:abstractNumId w:val="3"/>
  </w:num>
  <w:num w:numId="7" w16cid:durableId="568998466">
    <w:abstractNumId w:val="2"/>
  </w:num>
  <w:num w:numId="8" w16cid:durableId="783310413">
    <w:abstractNumId w:val="1"/>
  </w:num>
  <w:num w:numId="9" w16cid:durableId="32729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A11"/>
    <w:rsid w:val="0029639D"/>
    <w:rsid w:val="00326F90"/>
    <w:rsid w:val="005B1C8A"/>
    <w:rsid w:val="00732DBB"/>
    <w:rsid w:val="00982E2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ACAA8"/>
  <w14:defaultImageDpi w14:val="300"/>
  <w15:docId w15:val="{1A76E2BC-F61A-44A6-B9ED-6F45932A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cuijunhaozi111@gmail.com</cp:lastModifiedBy>
  <cp:revision>2</cp:revision>
  <dcterms:created xsi:type="dcterms:W3CDTF">2026-06-28T09:56:00Z</dcterms:created>
  <dcterms:modified xsi:type="dcterms:W3CDTF">2026-06-28T09:56:00Z</dcterms:modified>
  <cp:category/>
</cp:coreProperties>
</file>