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9DCB" w14:textId="77777777" w:rsidR="00DA505C" w:rsidRDefault="003A4870">
      <w:pPr>
        <w:jc w:val="center"/>
      </w:pPr>
      <w:r>
        <w:rPr>
          <w:b/>
          <w:sz w:val="24"/>
        </w:rPr>
        <w:t>사</w:t>
      </w:r>
      <w:r>
        <w:rPr>
          <w:b/>
          <w:sz w:val="24"/>
        </w:rPr>
        <w:t xml:space="preserve"> </w:t>
      </w:r>
      <w:r>
        <w:rPr>
          <w:b/>
          <w:sz w:val="24"/>
        </w:rPr>
        <w:t>고</w:t>
      </w:r>
      <w:r>
        <w:rPr>
          <w:b/>
          <w:sz w:val="24"/>
        </w:rPr>
        <w:t xml:space="preserve"> </w:t>
      </w:r>
      <w:r>
        <w:rPr>
          <w:b/>
          <w:sz w:val="24"/>
        </w:rPr>
        <w:t>경</w:t>
      </w:r>
      <w:r>
        <w:rPr>
          <w:b/>
          <w:sz w:val="24"/>
        </w:rPr>
        <w:t xml:space="preserve"> </w:t>
      </w:r>
      <w:r>
        <w:rPr>
          <w:b/>
          <w:sz w:val="24"/>
        </w:rPr>
        <w:t>위</w:t>
      </w:r>
      <w:r>
        <w:rPr>
          <w:b/>
          <w:sz w:val="24"/>
        </w:rPr>
        <w:t xml:space="preserve"> </w:t>
      </w:r>
      <w:r>
        <w:rPr>
          <w:b/>
          <w:sz w:val="24"/>
        </w:rPr>
        <w:t>서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548"/>
        <w:gridCol w:w="2547"/>
        <w:gridCol w:w="2548"/>
        <w:gridCol w:w="2547"/>
      </w:tblGrid>
      <w:tr w:rsidR="00DA505C" w14:paraId="614CD06B" w14:textId="77777777">
        <w:tc>
          <w:tcPr>
            <w:tcW w:w="2550" w:type="dxa"/>
          </w:tcPr>
          <w:p w14:paraId="45C9406C" w14:textId="77777777" w:rsidR="00DA505C" w:rsidRDefault="003A4870">
            <w:r>
              <w:t>성명</w:t>
            </w:r>
          </w:p>
        </w:tc>
        <w:tc>
          <w:tcPr>
            <w:tcW w:w="2550" w:type="dxa"/>
          </w:tcPr>
          <w:p w14:paraId="54B95A9B" w14:textId="77777777" w:rsidR="00DA505C" w:rsidRDefault="00DA505C"/>
        </w:tc>
        <w:tc>
          <w:tcPr>
            <w:tcW w:w="2550" w:type="dxa"/>
          </w:tcPr>
          <w:p w14:paraId="65D5D14F" w14:textId="77777777" w:rsidR="00DA505C" w:rsidRDefault="003A4870">
            <w:r>
              <w:t>국적</w:t>
            </w:r>
          </w:p>
        </w:tc>
        <w:tc>
          <w:tcPr>
            <w:tcW w:w="2550" w:type="dxa"/>
          </w:tcPr>
          <w:p w14:paraId="56CBBE35" w14:textId="77777777" w:rsidR="00DA505C" w:rsidRDefault="00DA505C"/>
        </w:tc>
      </w:tr>
      <w:tr w:rsidR="00DA505C" w14:paraId="05BECE12" w14:textId="77777777">
        <w:tc>
          <w:tcPr>
            <w:tcW w:w="2550" w:type="dxa"/>
          </w:tcPr>
          <w:p w14:paraId="5AE4788E" w14:textId="77777777" w:rsidR="00DA505C" w:rsidRDefault="003A4870">
            <w:r>
              <w:t>외국인등록번호</w:t>
            </w:r>
          </w:p>
        </w:tc>
        <w:tc>
          <w:tcPr>
            <w:tcW w:w="2550" w:type="dxa"/>
          </w:tcPr>
          <w:p w14:paraId="09F1B7B5" w14:textId="77777777" w:rsidR="00DA505C" w:rsidRDefault="00DA505C"/>
        </w:tc>
        <w:tc>
          <w:tcPr>
            <w:tcW w:w="2550" w:type="dxa"/>
          </w:tcPr>
          <w:p w14:paraId="19213F3F" w14:textId="77777777" w:rsidR="00DA505C" w:rsidRDefault="003A4870">
            <w:r>
              <w:t>연락처</w:t>
            </w:r>
          </w:p>
        </w:tc>
        <w:tc>
          <w:tcPr>
            <w:tcW w:w="2550" w:type="dxa"/>
          </w:tcPr>
          <w:p w14:paraId="2B8418F9" w14:textId="77777777" w:rsidR="00DA505C" w:rsidRDefault="00DA505C"/>
        </w:tc>
      </w:tr>
      <w:tr w:rsidR="00DA505C" w14:paraId="1D10B4A1" w14:textId="77777777">
        <w:tc>
          <w:tcPr>
            <w:tcW w:w="2550" w:type="dxa"/>
          </w:tcPr>
          <w:p w14:paraId="03F43234" w14:textId="77777777" w:rsidR="00DA505C" w:rsidRDefault="003A4870">
            <w:r>
              <w:t>사업장명</w:t>
            </w:r>
          </w:p>
        </w:tc>
        <w:tc>
          <w:tcPr>
            <w:tcW w:w="2550" w:type="dxa"/>
          </w:tcPr>
          <w:p w14:paraId="4A36A811" w14:textId="77777777" w:rsidR="00DA505C" w:rsidRDefault="00DA505C"/>
        </w:tc>
        <w:tc>
          <w:tcPr>
            <w:tcW w:w="2550" w:type="dxa"/>
          </w:tcPr>
          <w:p w14:paraId="2DDA7057" w14:textId="77777777" w:rsidR="00DA505C" w:rsidRDefault="003A4870">
            <w:r>
              <w:t>직책</w:t>
            </w:r>
          </w:p>
        </w:tc>
        <w:tc>
          <w:tcPr>
            <w:tcW w:w="2550" w:type="dxa"/>
          </w:tcPr>
          <w:p w14:paraId="30147D1E" w14:textId="77777777" w:rsidR="00DA505C" w:rsidRDefault="00DA505C"/>
        </w:tc>
      </w:tr>
      <w:tr w:rsidR="00DA505C" w14:paraId="41B4605A" w14:textId="77777777">
        <w:tc>
          <w:tcPr>
            <w:tcW w:w="2550" w:type="dxa"/>
          </w:tcPr>
          <w:p w14:paraId="24EE37F7" w14:textId="77777777" w:rsidR="00DA505C" w:rsidRDefault="003A4870">
            <w:r>
              <w:t>입사일</w:t>
            </w:r>
          </w:p>
        </w:tc>
        <w:tc>
          <w:tcPr>
            <w:tcW w:w="2550" w:type="dxa"/>
          </w:tcPr>
          <w:p w14:paraId="61E5D067" w14:textId="77777777" w:rsidR="00DA505C" w:rsidRDefault="00DA505C"/>
        </w:tc>
        <w:tc>
          <w:tcPr>
            <w:tcW w:w="2550" w:type="dxa"/>
          </w:tcPr>
          <w:p w14:paraId="4878D8CF" w14:textId="77777777" w:rsidR="00DA505C" w:rsidRDefault="003A4870">
            <w:r>
              <w:t>사고일시</w:t>
            </w:r>
          </w:p>
        </w:tc>
        <w:tc>
          <w:tcPr>
            <w:tcW w:w="2550" w:type="dxa"/>
          </w:tcPr>
          <w:p w14:paraId="5F224B6C" w14:textId="77777777" w:rsidR="00DA505C" w:rsidRDefault="00DA505C"/>
        </w:tc>
      </w:tr>
      <w:tr w:rsidR="00DA505C" w14:paraId="0787505C" w14:textId="77777777">
        <w:tc>
          <w:tcPr>
            <w:tcW w:w="2550" w:type="dxa"/>
          </w:tcPr>
          <w:p w14:paraId="3FE128AC" w14:textId="77777777" w:rsidR="00DA505C" w:rsidRDefault="003A4870">
            <w:r>
              <w:t>사고장소</w:t>
            </w:r>
          </w:p>
        </w:tc>
        <w:tc>
          <w:tcPr>
            <w:tcW w:w="7650" w:type="dxa"/>
            <w:gridSpan w:val="3"/>
          </w:tcPr>
          <w:p w14:paraId="3BE22F5E" w14:textId="77777777" w:rsidR="00DA505C" w:rsidRDefault="00DA505C"/>
          <w:p w14:paraId="6F3FFDAA" w14:textId="77777777" w:rsidR="00DA505C" w:rsidRDefault="00DA505C"/>
          <w:p w14:paraId="04F35EC5" w14:textId="77777777" w:rsidR="00DA505C" w:rsidRDefault="00DA505C"/>
        </w:tc>
      </w:tr>
      <w:tr w:rsidR="00DA505C" w14:paraId="23F0366B" w14:textId="77777777">
        <w:tc>
          <w:tcPr>
            <w:tcW w:w="2550" w:type="dxa"/>
          </w:tcPr>
          <w:p w14:paraId="6D229403" w14:textId="77777777" w:rsidR="00DA505C" w:rsidRDefault="003A4870">
            <w:r>
              <w:t>사고</w:t>
            </w:r>
            <w:r>
              <w:t xml:space="preserve"> </w:t>
            </w:r>
            <w:r>
              <w:t>당시</w:t>
            </w:r>
            <w:r>
              <w:t xml:space="preserve"> </w:t>
            </w:r>
            <w:r>
              <w:t>업무</w:t>
            </w:r>
          </w:p>
        </w:tc>
        <w:tc>
          <w:tcPr>
            <w:tcW w:w="7650" w:type="dxa"/>
            <w:gridSpan w:val="3"/>
          </w:tcPr>
          <w:p w14:paraId="629538F0" w14:textId="77777777" w:rsidR="00DA505C" w:rsidRDefault="00DA505C"/>
          <w:p w14:paraId="11B64727" w14:textId="77777777" w:rsidR="00DA505C" w:rsidRDefault="00DA505C"/>
          <w:p w14:paraId="18D44F3B" w14:textId="77777777" w:rsidR="00DA505C" w:rsidRDefault="00DA505C"/>
        </w:tc>
      </w:tr>
    </w:tbl>
    <w:p w14:paraId="51647240" w14:textId="77777777" w:rsidR="00DA505C" w:rsidRDefault="003A4870">
      <w:r>
        <w:rPr>
          <w:b/>
        </w:rPr>
        <w:t>사고</w:t>
      </w:r>
      <w:r>
        <w:rPr>
          <w:b/>
        </w:rPr>
        <w:t xml:space="preserve"> </w:t>
      </w:r>
      <w:r>
        <w:rPr>
          <w:b/>
        </w:rPr>
        <w:t>경위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DA505C" w14:paraId="637824DF" w14:textId="77777777">
        <w:tc>
          <w:tcPr>
            <w:tcW w:w="10200" w:type="dxa"/>
          </w:tcPr>
          <w:p w14:paraId="157FD0C0" w14:textId="77777777" w:rsidR="00DA505C" w:rsidRDefault="00DA505C"/>
        </w:tc>
      </w:tr>
      <w:tr w:rsidR="00DA505C" w14:paraId="05A83F12" w14:textId="77777777">
        <w:tc>
          <w:tcPr>
            <w:tcW w:w="10200" w:type="dxa"/>
          </w:tcPr>
          <w:p w14:paraId="132B7806" w14:textId="77777777" w:rsidR="00DA505C" w:rsidRDefault="00DA505C"/>
        </w:tc>
      </w:tr>
      <w:tr w:rsidR="00DA505C" w14:paraId="63209C35" w14:textId="77777777">
        <w:tc>
          <w:tcPr>
            <w:tcW w:w="10200" w:type="dxa"/>
          </w:tcPr>
          <w:p w14:paraId="2288548E" w14:textId="77777777" w:rsidR="00DA505C" w:rsidRDefault="00DA505C"/>
        </w:tc>
      </w:tr>
      <w:tr w:rsidR="00DA505C" w14:paraId="561607E7" w14:textId="77777777">
        <w:tc>
          <w:tcPr>
            <w:tcW w:w="10200" w:type="dxa"/>
          </w:tcPr>
          <w:p w14:paraId="7515882C" w14:textId="77777777" w:rsidR="00DA505C" w:rsidRDefault="00DA505C"/>
        </w:tc>
      </w:tr>
      <w:tr w:rsidR="00DA505C" w14:paraId="1D687D0B" w14:textId="77777777">
        <w:tc>
          <w:tcPr>
            <w:tcW w:w="10200" w:type="dxa"/>
          </w:tcPr>
          <w:p w14:paraId="263A15F1" w14:textId="77777777" w:rsidR="00DA505C" w:rsidRDefault="00DA505C"/>
        </w:tc>
      </w:tr>
      <w:tr w:rsidR="00DA505C" w14:paraId="11AD0D4D" w14:textId="77777777">
        <w:tc>
          <w:tcPr>
            <w:tcW w:w="10200" w:type="dxa"/>
          </w:tcPr>
          <w:p w14:paraId="4C91D534" w14:textId="77777777" w:rsidR="00DA505C" w:rsidRDefault="00DA505C"/>
        </w:tc>
      </w:tr>
      <w:tr w:rsidR="00DA505C" w14:paraId="6335E2A7" w14:textId="77777777">
        <w:tc>
          <w:tcPr>
            <w:tcW w:w="10200" w:type="dxa"/>
          </w:tcPr>
          <w:p w14:paraId="36E3FB8B" w14:textId="77777777" w:rsidR="00DA505C" w:rsidRDefault="00DA505C"/>
        </w:tc>
      </w:tr>
      <w:tr w:rsidR="00DA505C" w14:paraId="663931A2" w14:textId="77777777">
        <w:tc>
          <w:tcPr>
            <w:tcW w:w="10200" w:type="dxa"/>
          </w:tcPr>
          <w:p w14:paraId="254514BC" w14:textId="77777777" w:rsidR="00DA505C" w:rsidRDefault="00DA505C"/>
        </w:tc>
      </w:tr>
      <w:tr w:rsidR="00DA505C" w14:paraId="07B7571C" w14:textId="77777777">
        <w:tc>
          <w:tcPr>
            <w:tcW w:w="10200" w:type="dxa"/>
          </w:tcPr>
          <w:p w14:paraId="3B31FCAD" w14:textId="77777777" w:rsidR="00DA505C" w:rsidRDefault="00DA505C"/>
        </w:tc>
      </w:tr>
      <w:tr w:rsidR="00DA505C" w14:paraId="485AD09C" w14:textId="77777777">
        <w:tc>
          <w:tcPr>
            <w:tcW w:w="10200" w:type="dxa"/>
          </w:tcPr>
          <w:p w14:paraId="1F9593FB" w14:textId="77777777" w:rsidR="00DA505C" w:rsidRDefault="00DA505C"/>
        </w:tc>
      </w:tr>
    </w:tbl>
    <w:p w14:paraId="5F01D500" w14:textId="77777777" w:rsidR="00DA505C" w:rsidRDefault="003A4870">
      <w:r>
        <w:rPr>
          <w:b/>
        </w:rPr>
        <w:t>부상</w:t>
      </w:r>
      <w:r>
        <w:rPr>
          <w:b/>
        </w:rPr>
        <w:t xml:space="preserve"> </w:t>
      </w:r>
      <w:r>
        <w:rPr>
          <w:b/>
        </w:rPr>
        <w:t>내용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DA505C" w14:paraId="7321648B" w14:textId="77777777">
        <w:tc>
          <w:tcPr>
            <w:tcW w:w="5100" w:type="dxa"/>
          </w:tcPr>
          <w:p w14:paraId="64554327" w14:textId="77777777" w:rsidR="00DA505C" w:rsidRDefault="003A4870">
            <w:r>
              <w:t>부상</w:t>
            </w:r>
            <w:r>
              <w:t xml:space="preserve"> </w:t>
            </w:r>
            <w:r>
              <w:t>부위</w:t>
            </w:r>
          </w:p>
        </w:tc>
        <w:tc>
          <w:tcPr>
            <w:tcW w:w="5100" w:type="dxa"/>
          </w:tcPr>
          <w:p w14:paraId="35FE2D6C" w14:textId="77777777" w:rsidR="00DA505C" w:rsidRDefault="00DA505C"/>
        </w:tc>
      </w:tr>
      <w:tr w:rsidR="00DA505C" w14:paraId="50F53488" w14:textId="77777777">
        <w:tc>
          <w:tcPr>
            <w:tcW w:w="5100" w:type="dxa"/>
          </w:tcPr>
          <w:p w14:paraId="631B204E" w14:textId="77777777" w:rsidR="00DA505C" w:rsidRDefault="003A4870">
            <w:r>
              <w:t>병원명</w:t>
            </w:r>
          </w:p>
        </w:tc>
        <w:tc>
          <w:tcPr>
            <w:tcW w:w="5100" w:type="dxa"/>
          </w:tcPr>
          <w:p w14:paraId="22B33B43" w14:textId="77777777" w:rsidR="00DA505C" w:rsidRDefault="00DA505C"/>
        </w:tc>
      </w:tr>
      <w:tr w:rsidR="00DA505C" w14:paraId="05F1A892" w14:textId="77777777">
        <w:tc>
          <w:tcPr>
            <w:tcW w:w="5100" w:type="dxa"/>
          </w:tcPr>
          <w:p w14:paraId="69ED3246" w14:textId="77777777" w:rsidR="00DA505C" w:rsidRDefault="003A4870">
            <w:r>
              <w:t>진단명</w:t>
            </w:r>
          </w:p>
        </w:tc>
        <w:tc>
          <w:tcPr>
            <w:tcW w:w="5100" w:type="dxa"/>
          </w:tcPr>
          <w:p w14:paraId="4BAEA4B6" w14:textId="77777777" w:rsidR="00DA505C" w:rsidRDefault="00DA505C"/>
        </w:tc>
      </w:tr>
    </w:tbl>
    <w:p w14:paraId="22DCA356" w14:textId="77777777" w:rsidR="00DA505C" w:rsidRDefault="003A4870">
      <w:r>
        <w:rPr>
          <w:b/>
        </w:rPr>
        <w:t>목격자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548"/>
        <w:gridCol w:w="2547"/>
        <w:gridCol w:w="2548"/>
        <w:gridCol w:w="2547"/>
      </w:tblGrid>
      <w:tr w:rsidR="00DA505C" w14:paraId="489B93B2" w14:textId="77777777">
        <w:tc>
          <w:tcPr>
            <w:tcW w:w="2550" w:type="dxa"/>
          </w:tcPr>
          <w:p w14:paraId="0572D9DC" w14:textId="77777777" w:rsidR="00DA505C" w:rsidRDefault="003A4870">
            <w:r>
              <w:t>성명</w:t>
            </w:r>
          </w:p>
        </w:tc>
        <w:tc>
          <w:tcPr>
            <w:tcW w:w="2550" w:type="dxa"/>
          </w:tcPr>
          <w:p w14:paraId="221C8891" w14:textId="77777777" w:rsidR="00DA505C" w:rsidRDefault="00DA505C"/>
        </w:tc>
        <w:tc>
          <w:tcPr>
            <w:tcW w:w="2550" w:type="dxa"/>
          </w:tcPr>
          <w:p w14:paraId="3BAFECA1" w14:textId="77777777" w:rsidR="00DA505C" w:rsidRDefault="003A4870">
            <w:r>
              <w:t>연락처</w:t>
            </w:r>
          </w:p>
        </w:tc>
        <w:tc>
          <w:tcPr>
            <w:tcW w:w="2550" w:type="dxa"/>
          </w:tcPr>
          <w:p w14:paraId="6715C10A" w14:textId="77777777" w:rsidR="00DA505C" w:rsidRDefault="00DA505C"/>
        </w:tc>
      </w:tr>
      <w:tr w:rsidR="00DA505C" w14:paraId="4B516C89" w14:textId="77777777">
        <w:tc>
          <w:tcPr>
            <w:tcW w:w="2550" w:type="dxa"/>
          </w:tcPr>
          <w:p w14:paraId="137DDF32" w14:textId="77777777" w:rsidR="00DA505C" w:rsidRDefault="003A4870">
            <w:r>
              <w:t>성명</w:t>
            </w:r>
          </w:p>
        </w:tc>
        <w:tc>
          <w:tcPr>
            <w:tcW w:w="2550" w:type="dxa"/>
          </w:tcPr>
          <w:p w14:paraId="5EE8383C" w14:textId="77777777" w:rsidR="00DA505C" w:rsidRDefault="00DA505C"/>
        </w:tc>
        <w:tc>
          <w:tcPr>
            <w:tcW w:w="2550" w:type="dxa"/>
          </w:tcPr>
          <w:p w14:paraId="0DC2430C" w14:textId="77777777" w:rsidR="00DA505C" w:rsidRDefault="003A4870">
            <w:r>
              <w:t>연락처</w:t>
            </w:r>
          </w:p>
        </w:tc>
        <w:tc>
          <w:tcPr>
            <w:tcW w:w="2550" w:type="dxa"/>
          </w:tcPr>
          <w:p w14:paraId="7092D063" w14:textId="77777777" w:rsidR="00DA505C" w:rsidRDefault="00DA505C"/>
        </w:tc>
      </w:tr>
    </w:tbl>
    <w:p w14:paraId="0DBDA64E" w14:textId="77777777" w:rsidR="00DA505C" w:rsidRDefault="003A4870">
      <w:r>
        <w:rPr>
          <w:b/>
        </w:rPr>
        <w:t>첨부자료</w:t>
      </w:r>
    </w:p>
    <w:p w14:paraId="3FA1AC58" w14:textId="77777777" w:rsidR="00DA505C" w:rsidRDefault="003A4870">
      <w:r>
        <w:t xml:space="preserve">□ </w:t>
      </w:r>
      <w:r>
        <w:t>진단서</w:t>
      </w:r>
      <w:r>
        <w:t xml:space="preserve">  □ </w:t>
      </w:r>
      <w:r>
        <w:t>의무기록</w:t>
      </w:r>
      <w:r>
        <w:t xml:space="preserve">  □ </w:t>
      </w:r>
      <w:r>
        <w:t>검사결과</w:t>
      </w:r>
      <w:r>
        <w:t xml:space="preserve">  □ </w:t>
      </w:r>
      <w:r>
        <w:t>사고현장</w:t>
      </w:r>
      <w:r>
        <w:t xml:space="preserve"> </w:t>
      </w:r>
      <w:r>
        <w:t>사진</w:t>
      </w:r>
      <w:r>
        <w:t xml:space="preserve">  □ CCTV  □ </w:t>
      </w:r>
      <w:r>
        <w:t>근로계약서</w:t>
      </w:r>
      <w:r>
        <w:t xml:space="preserve">  □ </w:t>
      </w:r>
      <w:r>
        <w:t>급여입금내역</w:t>
      </w:r>
      <w:r>
        <w:t xml:space="preserve">  □ </w:t>
      </w:r>
      <w:r>
        <w:t>기타</w:t>
      </w:r>
    </w:p>
    <w:p w14:paraId="385D73AD" w14:textId="77777777" w:rsidR="00DA505C" w:rsidRDefault="003A4870">
      <w:r>
        <w:t>작성일</w:t>
      </w:r>
      <w:r>
        <w:t xml:space="preserve"> : ______</w:t>
      </w:r>
      <w:r>
        <w:t>년</w:t>
      </w:r>
      <w:r>
        <w:t xml:space="preserve"> ____</w:t>
      </w:r>
      <w:r>
        <w:t>월</w:t>
      </w:r>
      <w:r>
        <w:t xml:space="preserve"> ____</w:t>
      </w:r>
      <w:r>
        <w:t>일</w:t>
      </w:r>
    </w:p>
    <w:p w14:paraId="742B872A" w14:textId="77777777" w:rsidR="00DA505C" w:rsidRDefault="003A4870">
      <w:r>
        <w:t>작성자</w:t>
      </w:r>
      <w:r>
        <w:t xml:space="preserve"> : ____________________ (</w:t>
      </w:r>
      <w:r>
        <w:t>서명</w:t>
      </w:r>
      <w:r>
        <w:t>)</w:t>
      </w:r>
    </w:p>
    <w:sectPr w:rsidR="00DA505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2803864">
    <w:abstractNumId w:val="8"/>
  </w:num>
  <w:num w:numId="2" w16cid:durableId="1184440549">
    <w:abstractNumId w:val="6"/>
  </w:num>
  <w:num w:numId="3" w16cid:durableId="2129084221">
    <w:abstractNumId w:val="5"/>
  </w:num>
  <w:num w:numId="4" w16cid:durableId="1546023401">
    <w:abstractNumId w:val="4"/>
  </w:num>
  <w:num w:numId="5" w16cid:durableId="1527601871">
    <w:abstractNumId w:val="7"/>
  </w:num>
  <w:num w:numId="6" w16cid:durableId="588272138">
    <w:abstractNumId w:val="3"/>
  </w:num>
  <w:num w:numId="7" w16cid:durableId="484853602">
    <w:abstractNumId w:val="2"/>
  </w:num>
  <w:num w:numId="8" w16cid:durableId="1303341454">
    <w:abstractNumId w:val="1"/>
  </w:num>
  <w:num w:numId="9" w16cid:durableId="153480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4870"/>
    <w:rsid w:val="0053311A"/>
    <w:rsid w:val="007C1FAB"/>
    <w:rsid w:val="00AA1D8D"/>
    <w:rsid w:val="00B47730"/>
    <w:rsid w:val="00CB0664"/>
    <w:rsid w:val="00DA50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82042D"/>
  <w14:defaultImageDpi w14:val="300"/>
  <w15:docId w15:val="{A779E546-F480-4D2F-8B2C-63E16C26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cuijunhaozi111@gmail.com</cp:lastModifiedBy>
  <cp:revision>2</cp:revision>
  <dcterms:created xsi:type="dcterms:W3CDTF">2026-06-28T09:28:00Z</dcterms:created>
  <dcterms:modified xsi:type="dcterms:W3CDTF">2026-06-28T09:28:00Z</dcterms:modified>
  <cp:category/>
</cp:coreProperties>
</file>